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ایران کورال | Irancoral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ایران کورال | Irancoral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9133137**4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Alinasrimarmar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930*4440*0</w:t>
            </w:r>
          </w:p>
        </w:tc>
        <w:tc>
          <w:tcPr>
            <w:tcW w:type="dxa" w:w="1728"/>
          </w:tcPr>
          <w:p>
            <w:r>
              <w:t>paya transfer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paya_transfer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91*4*94*47</w:t>
            </w:r>
          </w:p>
        </w:tc>
        <w:tc>
          <w:tcPr>
            <w:tcW w:type="dxa" w:w="1728"/>
          </w:tcPr>
          <w:p>
            <w:r>
              <w:t>Sajad mosave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937***1**0</w:t>
            </w:r>
          </w:p>
        </w:tc>
        <w:tc>
          <w:tcPr>
            <w:tcW w:type="dxa" w:w="1728"/>
          </w:tcPr>
          <w:p>
            <w:r>
              <w:t>فرهاد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FERI_IWF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91212419*2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Rahbar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9199*1202*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yasi_yakta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930*477**7</w:t>
            </w:r>
          </w:p>
        </w:tc>
        <w:tc>
          <w:tcPr>
            <w:tcW w:type="dxa" w:w="1728"/>
          </w:tcPr>
          <w:p>
            <w:r>
              <w:t>سامان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sam_an71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9392192*92</w:t>
            </w:r>
          </w:p>
        </w:tc>
        <w:tc>
          <w:tcPr>
            <w:tcW w:type="dxa" w:w="1728"/>
          </w:tcPr>
          <w:p>
            <w:r>
              <w:t>Dj mori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Djmori56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9123311*33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912**0*70*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Erfat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93**242**3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93*9*047*4</w:t>
            </w:r>
          </w:p>
        </w:tc>
        <w:tc>
          <w:tcPr>
            <w:tcW w:type="dxa" w:w="1728"/>
          </w:tcPr>
          <w:p>
            <w:r>
              <w:t>Naghme..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990*702904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917**4**4*</w:t>
            </w:r>
          </w:p>
        </w:tc>
        <w:tc>
          <w:tcPr>
            <w:tcW w:type="dxa" w:w="1728"/>
          </w:tcPr>
          <w:p>
            <w:r>
              <w:t>R.T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Illlovesea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93*7*9*9**</w:t>
            </w:r>
          </w:p>
        </w:tc>
        <w:tc>
          <w:tcPr>
            <w:tcW w:type="dxa" w:w="1728"/>
          </w:tcPr>
          <w:p>
            <w:r>
              <w:t>وحدت</w:t>
            </w:r>
          </w:p>
        </w:tc>
        <w:tc>
          <w:tcPr>
            <w:tcW w:type="dxa" w:w="1728"/>
          </w:tcPr>
          <w:p>
            <w:r>
              <w:t>وجود</w:t>
            </w:r>
          </w:p>
        </w:tc>
        <w:tc>
          <w:tcPr>
            <w:tcW w:type="dxa" w:w="1728"/>
          </w:tcPr>
          <w:p>
            <w:r>
              <w:t>vahdatevojood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93*42**14*</w:t>
            </w:r>
          </w:p>
        </w:tc>
        <w:tc>
          <w:tcPr>
            <w:tcW w:type="dxa" w:w="1728"/>
          </w:tcPr>
          <w:p>
            <w:r>
              <w:t>vahidp6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Vsh68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93*4*40441</w:t>
            </w:r>
          </w:p>
        </w:tc>
        <w:tc>
          <w:tcPr>
            <w:tcW w:type="dxa" w:w="1728"/>
          </w:tcPr>
          <w:p>
            <w:r>
              <w:t>نواب وطن خواه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navabvatankhah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9173747204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M135596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937*092**0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9331311444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Nateghi</w:t>
            </w:r>
          </w:p>
        </w:tc>
        <w:tc>
          <w:tcPr>
            <w:tcW w:type="dxa" w:w="1728"/>
          </w:tcPr>
          <w:p>
            <w:r>
              <w:t>nateghimasood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9144*11744</w:t>
            </w:r>
          </w:p>
        </w:tc>
        <w:tc>
          <w:tcPr>
            <w:tcW w:type="dxa" w:w="1728"/>
          </w:tcPr>
          <w:p>
            <w:r>
              <w:t>اکبر تندیس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PTSTAP1744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913914913*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912*0997*3</w:t>
            </w:r>
          </w:p>
        </w:tc>
        <w:tc>
          <w:tcPr>
            <w:tcW w:type="dxa" w:w="1728"/>
          </w:tcPr>
          <w:p>
            <w:r>
              <w:t>Siavash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91*3*07*22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>
              <w:t>بشارتی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9303303099</w:t>
            </w:r>
          </w:p>
        </w:tc>
        <w:tc>
          <w:tcPr>
            <w:tcW w:type="dxa" w:w="1728"/>
          </w:tcPr>
          <w:p>
            <w:r>
              <w:t>MeHrGaN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MeHrGa_N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9121404247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>
              <w:t>pouya1357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914314401*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>
              <w:t>Golchin</w:t>
            </w:r>
          </w:p>
        </w:tc>
        <w:tc>
          <w:tcPr>
            <w:tcW w:type="dxa" w:w="1728"/>
          </w:tcPr>
          <w:p>
            <w:r>
              <w:t>SinaGolchinFard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9173130*3*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bijanzadeh</w:t>
            </w:r>
          </w:p>
        </w:tc>
        <w:tc>
          <w:tcPr>
            <w:tcW w:type="dxa" w:w="1728"/>
          </w:tcPr>
          <w:p>
            <w:r>
              <w:t>farhadbizhanzadeh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912933*079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amir3601990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9120*39940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aqua_maleki1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91243*412*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رادین</w:t>
            </w:r>
          </w:p>
        </w:tc>
        <w:tc>
          <w:tcPr>
            <w:tcW w:type="dxa" w:w="1728"/>
          </w:tcPr>
          <w:p>
            <w:r>
              <w:t>hamedradin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91*9**3149</w:t>
            </w:r>
          </w:p>
        </w:tc>
        <w:tc>
          <w:tcPr>
            <w:tcW w:type="dxa" w:w="1728"/>
          </w:tcPr>
          <w:p>
            <w:r>
              <w:t>زن زندگی آزادی✌️❤️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90**9794**</w:t>
            </w:r>
          </w:p>
        </w:tc>
        <w:tc>
          <w:tcPr>
            <w:tcW w:type="dxa" w:w="1728"/>
          </w:tcPr>
          <w:p>
            <w:r>
              <w:t>@ocean octuposمجموعه ای از انواع مرجان های ناب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Coralsystem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91277*2913</w:t>
            </w:r>
          </w:p>
        </w:tc>
        <w:tc>
          <w:tcPr>
            <w:tcW w:type="dxa" w:w="1728"/>
          </w:tcPr>
          <w:p>
            <w:r>
              <w:t>Mohammad.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tastyMohammad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9122**1497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Snhshsdjs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933*44**3*</w:t>
            </w:r>
          </w:p>
        </w:tc>
        <w:tc>
          <w:tcPr>
            <w:tcW w:type="dxa" w:w="1728"/>
          </w:tcPr>
          <w:p>
            <w:r>
              <w:t>SGP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iranpip1996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93**749201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Aqua</w:t>
            </w:r>
          </w:p>
        </w:tc>
        <w:tc>
          <w:tcPr>
            <w:tcW w:type="dxa" w:w="1728"/>
          </w:tcPr>
          <w:p>
            <w:r>
              <w:t>MehdiNazariMa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91443*2*10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9120292*90</w:t>
            </w:r>
          </w:p>
        </w:tc>
        <w:tc>
          <w:tcPr>
            <w:tcW w:type="dxa" w:w="1728"/>
          </w:tcPr>
          <w:p>
            <w:r>
              <w:t>مرتضی شایسته نیا</w:t>
            </w:r>
          </w:p>
        </w:tc>
        <w:tc>
          <w:tcPr>
            <w:tcW w:type="dxa" w:w="1728"/>
          </w:tcPr>
          <w:p>
            <w:r>
              <w:t>3M3</w:t>
            </w:r>
          </w:p>
        </w:tc>
        <w:tc>
          <w:tcPr>
            <w:tcW w:type="dxa" w:w="1728"/>
          </w:tcPr>
          <w:p>
            <w:r>
              <w:t>morteza_3M3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91237*9744</w:t>
            </w:r>
          </w:p>
        </w:tc>
        <w:tc>
          <w:tcPr>
            <w:tcW w:type="dxa" w:w="1728"/>
          </w:tcPr>
          <w:p>
            <w:r>
              <w:t>$|@/@$|-|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Siavash77777777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9333190*42</w:t>
            </w:r>
          </w:p>
        </w:tc>
        <w:tc>
          <w:tcPr>
            <w:tcW w:type="dxa" w:w="1728"/>
          </w:tcPr>
          <w:p>
            <w:r>
              <w:t>Etemad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Aquabazar91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912*34***0</w:t>
            </w:r>
          </w:p>
        </w:tc>
        <w:tc>
          <w:tcPr>
            <w:tcW w:type="dxa" w:w="1728"/>
          </w:tcPr>
          <w:p>
            <w:r>
              <w:t>hoseyn</w:t>
            </w:r>
          </w:p>
        </w:tc>
        <w:tc>
          <w:tcPr>
            <w:tcW w:type="dxa" w:w="1728"/>
          </w:tcPr>
          <w:p>
            <w:r>
              <w:t>alizade</w:t>
            </w:r>
          </w:p>
        </w:tc>
        <w:tc>
          <w:tcPr>
            <w:tcW w:type="dxa" w:w="1728"/>
          </w:tcPr>
          <w:p>
            <w:r>
              <w:t>hoseyn1516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91*912**09</w:t>
            </w:r>
          </w:p>
        </w:tc>
        <w:tc>
          <w:tcPr>
            <w:tcW w:type="dxa" w:w="1728"/>
          </w:tcPr>
          <w:p>
            <w:r>
              <w:t>....omid asemani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Omid18asemani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939*711434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Farmani</w:t>
            </w:r>
          </w:p>
        </w:tc>
        <w:tc>
          <w:tcPr>
            <w:tcW w:type="dxa" w:w="1728"/>
          </w:tcPr>
          <w:p>
            <w:r>
              <w:t>GreatMaMMad82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91*791*193</w:t>
            </w:r>
          </w:p>
        </w:tc>
        <w:tc>
          <w:tcPr>
            <w:tcW w:type="dxa" w:w="1728"/>
          </w:tcPr>
          <w:p>
            <w:r>
              <w:t>Ghazale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Gooshkaftari_54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93***0***3</w:t>
            </w:r>
          </w:p>
        </w:tc>
        <w:tc>
          <w:tcPr>
            <w:tcW w:type="dxa" w:w="1728"/>
          </w:tcPr>
          <w:p>
            <w:r>
              <w:t>Farhad...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FM6331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90242*3139</w:t>
            </w:r>
          </w:p>
        </w:tc>
        <w:tc>
          <w:tcPr>
            <w:tcW w:type="dxa" w:w="1728"/>
          </w:tcPr>
          <w:p>
            <w:r>
              <w:t>PG</w:t>
            </w:r>
          </w:p>
        </w:tc>
        <w:tc>
          <w:tcPr>
            <w:tcW w:type="dxa" w:w="1728"/>
          </w:tcPr>
          <w:p>
            <w:r>
              <w:t>Support persian</w:t>
            </w:r>
          </w:p>
        </w:tc>
        <w:tc>
          <w:tcPr>
            <w:tcW w:type="dxa" w:w="1728"/>
          </w:tcPr>
          <w:p>
            <w:r>
              <w:t>pg_support_persian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9033*4*291</w:t>
            </w:r>
          </w:p>
        </w:tc>
        <w:tc>
          <w:tcPr>
            <w:tcW w:type="dxa" w:w="1728"/>
          </w:tcPr>
          <w:p>
            <w:r>
              <w:t>Redseaaqua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Ahwazcoral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9304*0*73*</w:t>
            </w:r>
          </w:p>
        </w:tc>
        <w:tc>
          <w:tcPr>
            <w:tcW w:type="dxa" w:w="1728"/>
          </w:tcPr>
          <w:p>
            <w:r>
              <w:t>●▬▬๑▅▆▇█۩۩تنهاتنها۩۩█▇▆▅●▬▬๑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9127*03234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>
              <w:t>Bahrami</w:t>
            </w:r>
          </w:p>
        </w:tc>
        <w:tc>
          <w:tcPr>
            <w:tcW w:type="dxa" w:w="1728"/>
          </w:tcPr>
          <w:p>
            <w:r>
              <w:t>Bahrami_Shahin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9203092*70</w:t>
            </w:r>
          </w:p>
        </w:tc>
        <w:tc>
          <w:tcPr>
            <w:tcW w:type="dxa" w:w="1728"/>
          </w:tcPr>
          <w:p>
            <w:r>
              <w:t>Dr.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>
              <w:t>AquaBlack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93*0900497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91212*9*99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Ali_mafoghi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912**0****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Eftekhari</w:t>
            </w:r>
          </w:p>
        </w:tc>
        <w:tc>
          <w:tcPr>
            <w:tcW w:type="dxa" w:w="1728"/>
          </w:tcPr>
          <w:p>
            <w:r>
              <w:t>Alieftekhariasl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9123100*9*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AAAMMMIIIRR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9122**4*07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903*039**3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amir091358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9213933297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amiradab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939**0*20*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mojtaba_khademian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91****7*02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9033*9**04</w:t>
            </w:r>
          </w:p>
        </w:tc>
        <w:tc>
          <w:tcPr>
            <w:tcW w:type="dxa" w:w="1728"/>
          </w:tcPr>
          <w:p>
            <w:r>
              <w:t>Mohammad Ghafari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Mohammad_ghafari1pv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912*1904*1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sbh</w:t>
            </w:r>
          </w:p>
        </w:tc>
        <w:tc>
          <w:tcPr>
            <w:tcW w:type="dxa" w:w="1728"/>
          </w:tcPr>
          <w:p>
            <w:r>
              <w:t>Miladsbh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91219331**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91411*2*17</w:t>
            </w:r>
          </w:p>
        </w:tc>
        <w:tc>
          <w:tcPr>
            <w:tcW w:type="dxa" w:w="1728"/>
          </w:tcPr>
          <w:p>
            <w:r>
              <w:t>HamedRz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Lasermarket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9309**12*1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Barfi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93*4102340</w:t>
            </w:r>
          </w:p>
        </w:tc>
        <w:tc>
          <w:tcPr>
            <w:tcW w:type="dxa" w:w="1728"/>
          </w:tcPr>
          <w:p>
            <w:r>
              <w:t>9364102340</w:t>
            </w:r>
          </w:p>
        </w:tc>
        <w:tc>
          <w:tcPr>
            <w:tcW w:type="dxa" w:w="1728"/>
          </w:tcPr>
          <w:p>
            <w:r>
              <w:t>9364102340</w:t>
            </w:r>
          </w:p>
        </w:tc>
        <w:tc>
          <w:tcPr>
            <w:tcW w:type="dxa" w:w="1728"/>
          </w:tcPr>
          <w:p>
            <w:r>
              <w:t>Raha11004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9139700*02</w:t>
            </w:r>
          </w:p>
        </w:tc>
        <w:tc>
          <w:tcPr>
            <w:tcW w:type="dxa" w:w="1728"/>
          </w:tcPr>
          <w:p>
            <w:r>
              <w:t>Dehghan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912071*017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93*9072190</w:t>
            </w:r>
          </w:p>
        </w:tc>
        <w:tc>
          <w:tcPr>
            <w:tcW w:type="dxa" w:w="1728"/>
          </w:tcPr>
          <w:p>
            <w:r>
              <w:t>𝘓𝘪𝘭𝘪𝘵𝘩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vyuilm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919*29723*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921*4*1433</w:t>
            </w:r>
          </w:p>
        </w:tc>
        <w:tc>
          <w:tcPr>
            <w:tcW w:type="dxa" w:w="1728"/>
          </w:tcPr>
          <w:p>
            <w:r>
              <w:t>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natanaeil_11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9123**0*4*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sam_386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93**04*993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>
              <w:t>Nasim</w:t>
            </w:r>
          </w:p>
        </w:tc>
        <w:tc>
          <w:tcPr>
            <w:tcW w:type="dxa" w:w="1728"/>
          </w:tcPr>
          <w:p>
            <w:r>
              <w:t>Nacm5469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9122**2***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>
              <w:t>azari</w:t>
            </w:r>
          </w:p>
        </w:tc>
        <w:tc>
          <w:tcPr>
            <w:tcW w:type="dxa" w:w="1728"/>
          </w:tcPr>
          <w:p>
            <w:r>
              <w:t>adelazari_66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919217707*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>
              <w:t>imasoud7075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9129224299</w:t>
            </w:r>
          </w:p>
        </w:tc>
        <w:tc>
          <w:tcPr>
            <w:tcW w:type="dxa" w:w="1728"/>
          </w:tcPr>
          <w:p>
            <w:r>
              <w:t>arad</w:t>
            </w:r>
          </w:p>
        </w:tc>
        <w:tc>
          <w:tcPr>
            <w:tcW w:type="dxa" w:w="1728"/>
          </w:tcPr>
          <w:p>
            <w:r>
              <w:t>rad</w:t>
            </w:r>
          </w:p>
        </w:tc>
        <w:tc>
          <w:tcPr>
            <w:tcW w:type="dxa" w:w="1728"/>
          </w:tcPr>
          <w:p>
            <w:r>
              <w:t>aradradam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910*9***07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Babak_tav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912127***3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>
              <w:t>Mohseni</w:t>
            </w:r>
          </w:p>
        </w:tc>
        <w:tc>
          <w:tcPr>
            <w:tcW w:type="dxa" w:w="1728"/>
          </w:tcPr>
          <w:p>
            <w:r>
              <w:t>Sepehr_Mohseni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  <w:tr>
        <w:tc>
          <w:tcPr>
            <w:tcW w:type="dxa" w:w="1728"/>
          </w:tcPr>
          <w:p>
            <w:r>
              <w:t>91212**7**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Simorgh</w:t>
            </w:r>
          </w:p>
        </w:tc>
        <w:tc>
          <w:tcPr>
            <w:tcW w:type="dxa" w:w="1728"/>
          </w:tcPr>
          <w:p>
            <w:r>
              <w:t>alirezasim0rgh</w:t>
            </w:r>
          </w:p>
        </w:tc>
        <w:tc>
          <w:tcPr>
            <w:tcW w:type="dxa" w:w="1728"/>
          </w:tcPr>
          <w:p>
            <w:r>
              <w:t>⭕️ ایران کورال | Irancoral ⭕️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 ایران کورال | Irancoral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